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477703" cy="1056801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verse_advent_calendar_festive_post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77703" cy="1056801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43" w:right="43" w:bottom="43" w:left="4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Cheshire Foodbank Reverse Advent Calendar</dc:title>
  <dc:subject>A4 printable poster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